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9: Checkpoint Review 2 - Connecting the Ideas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Draw one arrow from your concept map and explain the link.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Which change will your comic show? What happens to the particles?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Which unit idea do you still want to practise?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connect the big ideas of the unit.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